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C0" w:rsidRDefault="00794A91">
      <w:pPr>
        <w:jc w:val="center"/>
      </w:pPr>
      <w:r>
        <w:rPr>
          <w:b/>
          <w:sz w:val="40"/>
        </w:rPr>
        <w:t>ASSIGNMENT – 1</w:t>
      </w:r>
    </w:p>
    <w:p w:rsidR="00CD6CC0" w:rsidRDefault="00794A91">
      <w:pPr>
        <w:jc w:val="center"/>
      </w:pPr>
      <w:r>
        <w:rPr>
          <w:b/>
          <w:sz w:val="30"/>
        </w:rPr>
        <w:t>C Programming – Unit 1</w:t>
      </w:r>
    </w:p>
    <w:p w:rsidR="00CD6CC0" w:rsidRDefault="00794A91" w:rsidP="00347CAF">
      <w:pPr>
        <w:jc w:val="center"/>
        <w:rPr>
          <w:b/>
          <w:color w:val="C00000"/>
          <w:sz w:val="24"/>
        </w:rPr>
      </w:pPr>
      <w:r w:rsidRPr="00E050D0">
        <w:rPr>
          <w:b/>
          <w:color w:val="C00000"/>
          <w:sz w:val="24"/>
        </w:rPr>
        <w:t>B.Tech. 1st Year</w:t>
      </w:r>
      <w:r w:rsidR="00D6130B" w:rsidRPr="00E050D0">
        <w:rPr>
          <w:b/>
          <w:color w:val="C00000"/>
          <w:sz w:val="24"/>
        </w:rPr>
        <w:t xml:space="preserve"> (SCSE)</w:t>
      </w:r>
      <w:r w:rsidR="00E050D0" w:rsidRPr="00E050D0">
        <w:rPr>
          <w:b/>
          <w:color w:val="C00000"/>
          <w:sz w:val="24"/>
        </w:rPr>
        <w:t xml:space="preserve"> – IILM University </w:t>
      </w:r>
    </w:p>
    <w:p w:rsidR="00CD6CC0" w:rsidRDefault="00794A91" w:rsidP="00E050D0">
      <w:pPr>
        <w:tabs>
          <w:tab w:val="left" w:pos="8812"/>
        </w:tabs>
      </w:pPr>
      <w:r>
        <w:rPr>
          <w:b/>
          <w:sz w:val="26"/>
        </w:rPr>
        <w:t>Instructions</w:t>
      </w:r>
      <w:r w:rsidR="00E050D0">
        <w:rPr>
          <w:b/>
          <w:sz w:val="26"/>
        </w:rPr>
        <w:tab/>
      </w:r>
    </w:p>
    <w:p w:rsidR="00CD6CC0" w:rsidRDefault="00794A91">
      <w:pPr>
        <w:pStyle w:val="ListBullet"/>
      </w:pPr>
      <w:r>
        <w:t>Answer all 20 questions.</w:t>
      </w:r>
    </w:p>
    <w:p w:rsidR="00CD6CC0" w:rsidRDefault="00794A91">
      <w:pPr>
        <w:pStyle w:val="ListBullet"/>
      </w:pPr>
      <w:r>
        <w:t>Write answers clearly and use suitable examples, diagrams, or flowcharts wherever required.</w:t>
      </w:r>
    </w:p>
    <w:p w:rsidR="00CD6CC0" w:rsidRDefault="00794A91">
      <w:pPr>
        <w:pStyle w:val="ListBullet"/>
      </w:pPr>
      <w:r>
        <w:t>For programming questions, write syntactically correct C programs and explain the important steps.</w:t>
      </w:r>
    </w:p>
    <w:p w:rsidR="00CD6CC0" w:rsidRDefault="00794A91">
      <w:pPr>
        <w:pStyle w:val="ListBullet"/>
      </w:pPr>
      <w:r>
        <w:t>Keep answers concise but complete.</w:t>
      </w:r>
    </w:p>
    <w:p w:rsidR="00E050D0" w:rsidRDefault="00E050D0" w:rsidP="00E050D0">
      <w:pPr>
        <w:pStyle w:val="ListBullet"/>
        <w:numPr>
          <w:ilvl w:val="0"/>
          <w:numId w:val="0"/>
        </w:numPr>
        <w:spacing w:line="240" w:lineRule="auto"/>
      </w:pPr>
      <w:r>
        <w:t>******************************************************************************************</w:t>
      </w:r>
    </w:p>
    <w:p w:rsidR="00347CAF" w:rsidRDefault="00E050D0" w:rsidP="00E050D0">
      <w:pPr>
        <w:pStyle w:val="Default"/>
        <w:jc w:val="center"/>
        <w:rPr>
          <w:rFonts w:asciiTheme="majorHAnsi" w:hAnsiTheme="majorHAnsi" w:cstheme="majorHAnsi"/>
        </w:rPr>
      </w:pPr>
      <w:r w:rsidRPr="00E050D0">
        <w:rPr>
          <w:rFonts w:asciiTheme="majorHAnsi" w:hAnsiTheme="majorHAnsi" w:cstheme="majorHAnsi"/>
          <w:b/>
          <w:color w:val="000000" w:themeColor="text1"/>
        </w:rPr>
        <w:t>CO1:</w:t>
      </w:r>
      <w:r w:rsidRPr="00E050D0">
        <w:rPr>
          <w:rFonts w:asciiTheme="majorHAnsi" w:hAnsiTheme="majorHAnsi" w:cstheme="majorHAnsi"/>
          <w:color w:val="000000" w:themeColor="text1"/>
        </w:rPr>
        <w:t xml:space="preserve"> </w:t>
      </w:r>
      <w:r w:rsidRPr="00E050D0">
        <w:rPr>
          <w:rFonts w:asciiTheme="majorHAnsi" w:hAnsiTheme="majorHAnsi" w:cstheme="majorHAnsi"/>
        </w:rPr>
        <w:t xml:space="preserve">Apply fundamental programming constructs such as loops, conditional statements, arithmetic and logical operations to develop simple algorithms for solving computational problems. </w:t>
      </w:r>
    </w:p>
    <w:p w:rsidR="00E050D0" w:rsidRPr="00E050D0" w:rsidRDefault="00E050D0" w:rsidP="00E050D0">
      <w:pPr>
        <w:pStyle w:val="Default"/>
        <w:jc w:val="center"/>
        <w:rPr>
          <w:rFonts w:asciiTheme="majorHAnsi" w:hAnsiTheme="majorHAnsi" w:cstheme="majorHAnsi"/>
        </w:rPr>
      </w:pPr>
    </w:p>
    <w:p w:rsidR="00347CAF" w:rsidRDefault="00347CAF" w:rsidP="00347CAF">
      <w:pPr>
        <w:pStyle w:val="ListBullet"/>
        <w:numPr>
          <w:ilvl w:val="0"/>
          <w:numId w:val="0"/>
        </w:numPr>
        <w:ind w:left="360" w:hanging="360"/>
      </w:pPr>
      <w:r>
        <w:t>******************************************************************************************</w:t>
      </w:r>
    </w:p>
    <w:p w:rsidR="00CD6CC0" w:rsidRDefault="00794A91" w:rsidP="00347CAF">
      <w:r>
        <w:rPr>
          <w:b/>
          <w:sz w:val="30"/>
        </w:rPr>
        <w:t>Part A – Short Answer Questions</w:t>
      </w:r>
      <w:r>
        <w:br/>
        <w:t>Answer briefly. Focus on definitions, basic concepts, and important terminology.</w:t>
      </w:r>
    </w:p>
    <w:p w:rsidR="00CD6CC0" w:rsidRDefault="00794A91">
      <w:pPr>
        <w:ind w:left="72"/>
      </w:pPr>
      <w:r>
        <w:rPr>
          <w:b/>
        </w:rPr>
        <w:t xml:space="preserve">1. </w:t>
      </w:r>
      <w:r>
        <w:t>What is a computer? Mention any four important characteristics of a computer.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</w:pPr>
      <w:r>
        <w:rPr>
          <w:b/>
        </w:rPr>
        <w:t xml:space="preserve">2. </w:t>
      </w:r>
      <w:r>
        <w:t>What is memory hierarchy? List its major levels in order from fastest to slowest.</w:t>
      </w:r>
      <w:r>
        <w:rPr>
          <w:i/>
          <w:sz w:val="20"/>
        </w:rPr>
        <w:t xml:space="preserve"> </w:t>
      </w:r>
    </w:p>
    <w:p w:rsidR="00CD6CC0" w:rsidRDefault="00794A91">
      <w:pPr>
        <w:ind w:left="72"/>
      </w:pPr>
      <w:r>
        <w:rPr>
          <w:b/>
        </w:rPr>
        <w:t xml:space="preserve">3. </w:t>
      </w:r>
      <w:r>
        <w:t>What is an Operating System? Mention any two important functions of an Operating System.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</w:pPr>
      <w:r>
        <w:rPr>
          <w:b/>
        </w:rPr>
        <w:t xml:space="preserve">4. </w:t>
      </w:r>
      <w:r>
        <w:t>Differentiate between a compiler and an interpreter.</w:t>
      </w:r>
      <w:r>
        <w:rPr>
          <w:i/>
          <w:sz w:val="20"/>
        </w:rPr>
        <w:t xml:space="preserve">   </w:t>
      </w:r>
    </w:p>
    <w:p w:rsidR="00CD6CC0" w:rsidRDefault="00794A91">
      <w:pPr>
        <w:ind w:left="72"/>
      </w:pPr>
      <w:r>
        <w:rPr>
          <w:b/>
        </w:rPr>
        <w:t xml:space="preserve">5. </w:t>
      </w:r>
      <w:r>
        <w:t>What is an algorithm? State any two characteristics of a good algorithm.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</w:pPr>
      <w:r>
        <w:rPr>
          <w:b/>
        </w:rPr>
        <w:t xml:space="preserve">6. </w:t>
      </w:r>
      <w:r>
        <w:t>What are tokens in C? Name the major types of C tokens.</w:t>
      </w:r>
      <w:r>
        <w:rPr>
          <w:i/>
          <w:sz w:val="20"/>
        </w:rPr>
        <w:t xml:space="preserve"> </w:t>
      </w:r>
    </w:p>
    <w:p w:rsidR="00CD6CC0" w:rsidRDefault="00794A91">
      <w:pPr>
        <w:ind w:left="72"/>
      </w:pPr>
      <w:r>
        <w:rPr>
          <w:b/>
        </w:rPr>
        <w:t xml:space="preserve">7. </w:t>
      </w:r>
      <w:r>
        <w:t>Differentiate between keywords and identifiers in C with one example of each.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  <w:rPr>
          <w:i/>
          <w:sz w:val="20"/>
        </w:rPr>
      </w:pPr>
      <w:r>
        <w:rPr>
          <w:b/>
        </w:rPr>
        <w:t xml:space="preserve">8. </w:t>
      </w:r>
      <w:r>
        <w:t>What is type conversion in C? Differentiate between implicit and explicit type conversion.</w:t>
      </w:r>
      <w:r>
        <w:rPr>
          <w:i/>
          <w:sz w:val="20"/>
        </w:rPr>
        <w:t xml:space="preserve"> </w:t>
      </w:r>
    </w:p>
    <w:p w:rsidR="00347CAF" w:rsidRDefault="00347CAF">
      <w:pPr>
        <w:ind w:left="72"/>
      </w:pPr>
    </w:p>
    <w:p w:rsidR="00CD6CC0" w:rsidRDefault="00794A91">
      <w:pPr>
        <w:spacing w:before="80"/>
      </w:pPr>
      <w:r>
        <w:rPr>
          <w:b/>
          <w:sz w:val="30"/>
        </w:rPr>
        <w:t>Part B – Medium Answer Questions</w:t>
      </w:r>
      <w:r>
        <w:br/>
        <w:t>Answer with suitable explanations. Use comparisons, examples, or diagrams wherever helpful.</w:t>
      </w:r>
    </w:p>
    <w:p w:rsidR="00CD6CC0" w:rsidRDefault="00794A91">
      <w:pPr>
        <w:ind w:left="72"/>
      </w:pPr>
      <w:r>
        <w:rPr>
          <w:b/>
        </w:rPr>
        <w:t xml:space="preserve">9. </w:t>
      </w:r>
      <w:r>
        <w:t>Explain the classification of computers based on size and capability. Give suitable examples.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</w:pPr>
      <w:r>
        <w:rPr>
          <w:b/>
        </w:rPr>
        <w:t xml:space="preserve">10. </w:t>
      </w:r>
      <w:r>
        <w:t>Draw and explain the memory hierarchy. Compare the levels in terms of speed, capacity, and cost.</w:t>
      </w:r>
      <w:r>
        <w:rPr>
          <w:i/>
          <w:sz w:val="20"/>
        </w:rPr>
        <w:t xml:space="preserve">   </w:t>
      </w:r>
    </w:p>
    <w:p w:rsidR="00CD6CC0" w:rsidRDefault="00794A91">
      <w:pPr>
        <w:ind w:left="72"/>
      </w:pPr>
      <w:r>
        <w:rPr>
          <w:b/>
        </w:rPr>
        <w:t xml:space="preserve">11. </w:t>
      </w:r>
      <w:r>
        <w:t>Explain the basic operational cycle of a CPU while executing an instruction.</w:t>
      </w:r>
      <w:r>
        <w:rPr>
          <w:i/>
          <w:sz w:val="20"/>
        </w:rPr>
        <w:t xml:space="preserve">   </w:t>
      </w:r>
    </w:p>
    <w:p w:rsidR="00CD6CC0" w:rsidRDefault="00794A91">
      <w:pPr>
        <w:ind w:left="72"/>
      </w:pPr>
      <w:r>
        <w:rPr>
          <w:b/>
        </w:rPr>
        <w:t xml:space="preserve">12. </w:t>
      </w:r>
      <w:r>
        <w:t>Explain the major stages of program development, from problem definition to testing and debugging.</w:t>
      </w:r>
      <w:r>
        <w:rPr>
          <w:i/>
          <w:sz w:val="20"/>
        </w:rPr>
        <w:t xml:space="preserve"> </w:t>
      </w:r>
    </w:p>
    <w:p w:rsidR="00CD6CC0" w:rsidRDefault="00794A91">
      <w:pPr>
        <w:ind w:left="72"/>
      </w:pPr>
      <w:r>
        <w:rPr>
          <w:b/>
        </w:rPr>
        <w:t xml:space="preserve">13. </w:t>
      </w:r>
      <w:r>
        <w:t>Explain step-form, pseudocode, and flowchart as different ways of representing an algorithm. Give a simple example.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  <w:rPr>
          <w:i/>
          <w:sz w:val="20"/>
        </w:rPr>
      </w:pPr>
      <w:r>
        <w:rPr>
          <w:b/>
        </w:rPr>
        <w:t xml:space="preserve">14. </w:t>
      </w:r>
      <w:r>
        <w:t>What is structured programming? Explain how problem decomposition helps in developing a program.</w:t>
      </w:r>
      <w:r>
        <w:rPr>
          <w:i/>
          <w:sz w:val="20"/>
        </w:rPr>
        <w:t xml:space="preserve">  </w:t>
      </w:r>
    </w:p>
    <w:p w:rsidR="00347CAF" w:rsidRDefault="00347CAF">
      <w:pPr>
        <w:ind w:left="72"/>
      </w:pPr>
    </w:p>
    <w:p w:rsidR="00347CAF" w:rsidRDefault="00347CAF">
      <w:pPr>
        <w:spacing w:before="80"/>
        <w:rPr>
          <w:b/>
          <w:sz w:val="30"/>
        </w:rPr>
      </w:pPr>
    </w:p>
    <w:p w:rsidR="00CD6CC0" w:rsidRDefault="00794A91">
      <w:pPr>
        <w:spacing w:before="80"/>
      </w:pPr>
      <w:r>
        <w:rPr>
          <w:b/>
          <w:sz w:val="30"/>
        </w:rPr>
        <w:t>Part C – Long Answer / Application Questions</w:t>
      </w:r>
      <w:r>
        <w:br/>
        <w:t>Answer in detail. Include suitable C programs, step-by-step evaluation, or diagrams wherever required.</w:t>
      </w:r>
    </w:p>
    <w:p w:rsidR="00CD6CC0" w:rsidRDefault="00794A91">
      <w:pPr>
        <w:ind w:left="72"/>
      </w:pPr>
      <w:r>
        <w:rPr>
          <w:b/>
        </w:rPr>
        <w:t xml:space="preserve">15. </w:t>
      </w:r>
      <w:r>
        <w:t>Explain the structure of a C program with a suitable example. Identify and explain the purpose of header files, main(), declarations, statements, and comments.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</w:pPr>
      <w:r>
        <w:rPr>
          <w:b/>
        </w:rPr>
        <w:t xml:space="preserve">16. </w:t>
      </w:r>
      <w:r>
        <w:t>Explain C data types, variables, and constants with suitable examples. Also differentiate between variables and constants.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</w:pPr>
      <w:r>
        <w:rPr>
          <w:b/>
        </w:rPr>
        <w:t xml:space="preserve">17. </w:t>
      </w:r>
      <w:r>
        <w:t>Explain arithmetic, relational, logical, assignment, increment/decrement, conditional (ternary), and bitwise operators in C with simple examples.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</w:pPr>
      <w:r>
        <w:rPr>
          <w:b/>
        </w:rPr>
        <w:t xml:space="preserve">18. </w:t>
      </w:r>
      <w:r>
        <w:t>Explain operator precedence and associativity in C. Demonstrate their effect by evaluating suitable expressions step-by-step.</w:t>
      </w:r>
      <w:r>
        <w:rPr>
          <w:i/>
          <w:sz w:val="20"/>
        </w:rPr>
        <w:t xml:space="preserve">  </w:t>
      </w:r>
    </w:p>
    <w:p w:rsidR="00CD6CC0" w:rsidRDefault="00794A91">
      <w:pPr>
        <w:ind w:left="72"/>
      </w:pPr>
      <w:r>
        <w:rPr>
          <w:b/>
        </w:rPr>
        <w:t xml:space="preserve">19. </w:t>
      </w:r>
      <w:r>
        <w:t>Write a C program to input two numbers and display their sum, difference, product, quotient, and remainder. Explain the operators used.</w:t>
      </w:r>
      <w:r>
        <w:rPr>
          <w:i/>
          <w:sz w:val="20"/>
        </w:rPr>
        <w:t xml:space="preserve">  </w:t>
      </w:r>
    </w:p>
    <w:p w:rsidR="00C6795E" w:rsidRDefault="00794A91" w:rsidP="00347CAF">
      <w:pPr>
        <w:ind w:left="72"/>
      </w:pPr>
      <w:r>
        <w:rPr>
          <w:b/>
        </w:rPr>
        <w:t xml:space="preserve">20. </w:t>
      </w:r>
      <w:r>
        <w:t>Write a C program that demonstrates implicit and explicit type conversion. Explain the output and why the conversions occur.</w:t>
      </w:r>
    </w:p>
    <w:p w:rsidR="00C6795E" w:rsidRDefault="00C6795E" w:rsidP="00347CAF">
      <w:pPr>
        <w:ind w:left="72"/>
        <w:rPr>
          <w:i/>
          <w:sz w:val="20"/>
        </w:rPr>
      </w:pPr>
    </w:p>
    <w:p w:rsidR="00C6795E" w:rsidRDefault="00C6795E" w:rsidP="00347CAF">
      <w:pPr>
        <w:ind w:left="72"/>
        <w:rPr>
          <w:i/>
          <w:sz w:val="20"/>
        </w:rPr>
      </w:pPr>
    </w:p>
    <w:p w:rsidR="00CD6CC0" w:rsidRDefault="00C6795E" w:rsidP="00347CAF">
      <w:pPr>
        <w:ind w:left="72"/>
      </w:pPr>
      <w:r>
        <w:rPr>
          <w:i/>
          <w:sz w:val="20"/>
        </w:rPr>
        <w:t>******************************************* END ***************************************************</w:t>
      </w:r>
      <w:r w:rsidR="00794A91">
        <w:rPr>
          <w:i/>
          <w:sz w:val="20"/>
        </w:rPr>
        <w:t xml:space="preserve">   </w:t>
      </w:r>
    </w:p>
    <w:sectPr w:rsidR="00CD6CC0" w:rsidSect="00034616">
      <w:headerReference w:type="default" r:id="rId8"/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32C" w:rsidRDefault="0024032C" w:rsidP="00CD6CC0">
      <w:pPr>
        <w:spacing w:after="0" w:line="240" w:lineRule="auto"/>
      </w:pPr>
      <w:r>
        <w:separator/>
      </w:r>
    </w:p>
  </w:endnote>
  <w:endnote w:type="continuationSeparator" w:id="0">
    <w:p w:rsidR="0024032C" w:rsidRDefault="0024032C" w:rsidP="00CD6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CC0" w:rsidRDefault="00794A91">
    <w:pPr>
      <w:pStyle w:val="Footer"/>
      <w:jc w:val="center"/>
    </w:pPr>
    <w:r>
      <w:t xml:space="preserve">Page </w:t>
    </w:r>
    <w:r w:rsidR="0020046C">
      <w:fldChar w:fldCharType="begin"/>
    </w:r>
    <w:r>
      <w:instrText>PAGE</w:instrText>
    </w:r>
    <w:r w:rsidR="0020046C">
      <w:fldChar w:fldCharType="separate"/>
    </w:r>
    <w:r w:rsidR="00E050D0">
      <w:rPr>
        <w:noProof/>
      </w:rPr>
      <w:t>1</w:t>
    </w:r>
    <w:r w:rsidR="0020046C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32C" w:rsidRDefault="0024032C" w:rsidP="00CD6CC0">
      <w:pPr>
        <w:spacing w:after="0" w:line="240" w:lineRule="auto"/>
      </w:pPr>
      <w:r>
        <w:separator/>
      </w:r>
    </w:p>
  </w:footnote>
  <w:footnote w:type="continuationSeparator" w:id="0">
    <w:p w:rsidR="0024032C" w:rsidRDefault="0024032C" w:rsidP="00CD6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CC0" w:rsidRDefault="00794A91">
    <w:pPr>
      <w:pStyle w:val="Header"/>
      <w:jc w:val="center"/>
    </w:pPr>
    <w:r>
      <w:rPr>
        <w:b/>
        <w:sz w:val="18"/>
      </w:rPr>
      <w:t>C PROGRAMMING  |  ASSIGNMENT –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0046C"/>
    <w:rsid w:val="0024032C"/>
    <w:rsid w:val="0029639D"/>
    <w:rsid w:val="00326F90"/>
    <w:rsid w:val="00347CAF"/>
    <w:rsid w:val="00794A91"/>
    <w:rsid w:val="00AA1D8D"/>
    <w:rsid w:val="00B47730"/>
    <w:rsid w:val="00C6795E"/>
    <w:rsid w:val="00CB0664"/>
    <w:rsid w:val="00CD6CC0"/>
    <w:rsid w:val="00D6130B"/>
    <w:rsid w:val="00E050D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E050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BBBF55-8734-434D-9955-C937CB8B9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 dubey</cp:lastModifiedBy>
  <cp:revision>6</cp:revision>
  <dcterms:created xsi:type="dcterms:W3CDTF">2013-12-23T23:15:00Z</dcterms:created>
  <dcterms:modified xsi:type="dcterms:W3CDTF">2026-09-10T18:49:00Z</dcterms:modified>
  <cp:category/>
</cp:coreProperties>
</file>